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 - חדר בריחה הקופה הסודית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בעולם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כסף פשוטים - מחיר, הנחה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שימושיים בקופה ובחנות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משלמים על המוצרים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מחיר זול לזמן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כמה זה עולה בבקשה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 קנינו וכמה שילמנו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הנחה מורידה את המחיר, לא מעלה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כשמשלמים יותר מהמחיר, מחזירים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מבצע הוא בדרך כלל לזמן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הקבלה מראה את פרטי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לקוח הוא זה שקונה, לא מוכר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(המקום שבו משלמים)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(מחיר זול לזמן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(הכסף שמחזירים ללקוח)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(נייר שמראה מה קנינו)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(האדם שקונה בחנות)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שלבי הקנייה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 מהמדף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ניגשים לקופה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למוכר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דו-שיח קצר עם לפחות שתי שאלות ותשובות, שימוש נכון במילים מהדף כמו מחיר, קופה, עודף או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הנחה היא ירידה במחיר, מבצע הוא מחיר זול לזמן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 הקנייה - מה קנינו וכמה שילמנו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התרגילים כמו תחנות בחדר בריחה אמיתי, כל תרגיל נכון נותן אות למילה הסודית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של קבלות או מטבעות כדי להמחיש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מחלק הג והד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נבונה - חדר בריחה הקופה הסודית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על קניות בחנות. יש תרגילים קלים על כסף ועל שיחה בקופה.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בחנות שבו משלמים על הקניות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מיוחד וזול לזמן קצר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שיורד מהמחיר הרגיל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המוצר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שמראה מה קנינו וכמה שילמנו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כשמשלמים יותר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מוכר / מוכרת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שעובד בחנות ומוכר 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לקוח / לקוחה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שקונה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משלמים על המוצרים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זול לזמן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מחזירים כשנותנים יותר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מוכר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נכון לשאול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תן לי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זה עולה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לא רוצה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סגרו את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יש בנייר הקבלה?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קנינו וכמה שילמנו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הכתובת של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גורמת למוצר להיות יקר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כסף שמחזירים ללקוח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הוא תמיד לתקופה ארוכה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לבדוק בקבלה כמה שילמנו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לקוח הוא האדם שמוכר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שילמתי עשרה שקלים וקיבלתי __________ של שני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בחנות הזאת יש __________ גדול על נעליים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שיוצאים מהחנות משלמים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התשלום קיבלתי __________ כדי לבדוק מה קניתי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המחיר ירד בגלל __________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נייר שמראה מה קנינו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הכסף שמחזירים ללקוח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האדם שקונה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מחיר זול לזמן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לקוח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משלמים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סדרו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למוכר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ניגשים לקופה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מוצר מהמדף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 אם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בין לקוח למוכר בחנות - כולל שאלה על מחיר ותשלום בקופה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הנחה למבצע?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מקבלים כשמשלמים יותר כסף מהמחיר?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כתוב בקבלה?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נבונה - חדר בריחה הקופה הסודית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