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 - חדר בריחה הקופה הסודית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בעולם הקניות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כסף פשוטים - מחיר, הנחה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שימושיים בקופה ובחנות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משלמים על המוצרים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מחיר זול לזמן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הנחה מורידה את המחיר, לא מעלה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כשמשלמים יותר מהמחיר, מחזירים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משלמים)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(מחיר זול לזמן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(הכסף שמחזירים ללקוח)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(נייר שמראה מה קנינו)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סדרו את שלבי הקנייה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 מהמדף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ניגשים לקופה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למוכר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דו-שיח קצר עם לפחות שתי שאלות ותשובות, שימוש נכון במילים מהדף כמו מחיר, קופה, עודף או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הנחה היא ירידה במחיר, מבצע הוא מחיר זול לזמן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 הקנייה - מה קנינו וכמה שילמנו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התרגילים כמו תחנות בחדר בריחה אמיתי, כל תרגיל נכון נותן אות למילה הסודית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של קבלות או מטבעות כדי להמחיש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מחלק הג והד לפני המעבר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 - חדר בריחה הקופה הסודית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ומצבים מעולם הקניות, בדיוק כמו בתחנות של חדר הבריחה הקופה הסודית.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עודף  ·  קופה  ·  מבצע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משלמים על המוצרים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מחיר גבוה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מחיר זול לזמן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עובד בחנות ומוכר מוצרים?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הנחה גורמת למוצר להיות יקר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עודף הוא כסף שמחזירים ללקוח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שילמתי עשרה שקלים וקיבלתי __________ של שני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בחנות הזאת יש __________ גדול על נעליים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לפני שיוצאים מהחנות משלמים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-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הכסף שמחזירים ללקוח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מבצע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נייר שמראה מה קנינו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משלמים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מחיר זול לזמן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- סדרו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ניגשים לקופה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עודף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מוצר מהמדף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משלמים למוכר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שיחה קצרה בין לקוח למוכר בחנות - כולל שאלה על מחיר ותשלום בקופה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הנחה למבצע?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מקבלים כשמשלמים יותר כסף מהמחיר?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צרכנות נבונה - חדר בריחה הקופה הסודית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